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FAA7" w14:textId="77777777" w:rsidR="009D2271" w:rsidRDefault="00CF032A" w:rsidP="00E305FD">
      <w:r w:rsidRPr="00005F56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53F38" wp14:editId="1B171A24">
                <wp:simplePos x="0" y="0"/>
                <wp:positionH relativeFrom="column">
                  <wp:posOffset>-276226</wp:posOffset>
                </wp:positionH>
                <wp:positionV relativeFrom="paragraph">
                  <wp:posOffset>323850</wp:posOffset>
                </wp:positionV>
                <wp:extent cx="7058025" cy="8763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51020" w14:textId="77777777" w:rsidR="00005F56" w:rsidRDefault="00005F56" w:rsidP="00CF032A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Copy Sent to Family Services </w:t>
                            </w:r>
                            <w:r w:rsidR="00555559">
                              <w:t>Manager &amp;</w:t>
                            </w:r>
                            <w:r w:rsidR="00037E1F">
                              <w:t xml:space="preserve"> Site Supervisor</w:t>
                            </w:r>
                          </w:p>
                          <w:p w14:paraId="45385D90" w14:textId="77777777" w:rsidR="00005F56" w:rsidRDefault="00CF032A" w:rsidP="00CF032A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 </w:t>
                            </w:r>
                            <w:r w:rsidR="00005F56">
                              <w:t>Copy kept on site in TFA binder</w:t>
                            </w:r>
                            <w:r>
                              <w:t xml:space="preserve"> </w:t>
                            </w:r>
                          </w:p>
                          <w:p w14:paraId="1E6A3129" w14:textId="77777777" w:rsidR="00CF032A" w:rsidRDefault="00CF032A" w:rsidP="00CF032A">
                            <w:pPr>
                              <w:spacing w:line="240" w:lineRule="auto"/>
                              <w:jc w:val="center"/>
                            </w:pPr>
                            <w:r>
                              <w:t>Document Parent Attendance</w:t>
                            </w:r>
                            <w:r w:rsidR="00037E1F">
                              <w:t xml:space="preserve"> in CP</w:t>
                            </w:r>
                            <w:r>
                              <w:t>:  Entry Express –Family Services – Parent Meeting</w:t>
                            </w:r>
                          </w:p>
                          <w:p w14:paraId="6AECAF2F" w14:textId="77777777" w:rsidR="00CF032A" w:rsidRDefault="00CF032A" w:rsidP="00005F56">
                            <w:pPr>
                              <w:jc w:val="center"/>
                            </w:pPr>
                          </w:p>
                          <w:p w14:paraId="15098E3F" w14:textId="77777777" w:rsidR="00CF032A" w:rsidRDefault="00CF032A" w:rsidP="00005F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53F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75pt;margin-top:25.5pt;width:555.7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">
                <v:textbox>
                  <w:txbxContent>
                    <w:p w14:paraId="28B51020" w14:textId="77777777" w:rsidR="00005F56" w:rsidRDefault="00005F56" w:rsidP="00CF032A">
                      <w:pPr>
                        <w:spacing w:line="240" w:lineRule="auto"/>
                        <w:jc w:val="center"/>
                      </w:pPr>
                      <w:r>
                        <w:t xml:space="preserve">Copy Sent to Family Services </w:t>
                      </w:r>
                      <w:r w:rsidR="00555559">
                        <w:t>Manager &amp;</w:t>
                      </w:r>
                      <w:r w:rsidR="00037E1F">
                        <w:t xml:space="preserve"> Site Supervisor</w:t>
                      </w:r>
                    </w:p>
                    <w:p w14:paraId="45385D90" w14:textId="77777777" w:rsidR="00005F56" w:rsidRDefault="00CF032A" w:rsidP="00CF032A">
                      <w:pPr>
                        <w:spacing w:line="240" w:lineRule="auto"/>
                        <w:jc w:val="center"/>
                      </w:pPr>
                      <w:r>
                        <w:t xml:space="preserve"> </w:t>
                      </w:r>
                      <w:r w:rsidR="00005F56">
                        <w:t>Copy kept on site in TFA binder</w:t>
                      </w:r>
                      <w:r>
                        <w:t xml:space="preserve"> </w:t>
                      </w:r>
                    </w:p>
                    <w:p w14:paraId="1E6A3129" w14:textId="77777777" w:rsidR="00CF032A" w:rsidRDefault="00CF032A" w:rsidP="00CF032A">
                      <w:pPr>
                        <w:spacing w:line="240" w:lineRule="auto"/>
                        <w:jc w:val="center"/>
                      </w:pPr>
                      <w:r>
                        <w:t>Document Parent Attendance</w:t>
                      </w:r>
                      <w:r w:rsidR="00037E1F">
                        <w:t xml:space="preserve"> in CP</w:t>
                      </w:r>
                      <w:r>
                        <w:t>:  Entry Express –Family Services – Parent Meeting</w:t>
                      </w:r>
                    </w:p>
                    <w:p w14:paraId="6AECAF2F" w14:textId="77777777" w:rsidR="00CF032A" w:rsidRDefault="00CF032A" w:rsidP="00005F56">
                      <w:pPr>
                        <w:jc w:val="center"/>
                      </w:pPr>
                    </w:p>
                    <w:p w14:paraId="15098E3F" w14:textId="77777777" w:rsidR="00CF032A" w:rsidRDefault="00CF032A" w:rsidP="00005F5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 xml:space="preserve"> </w:t>
      </w:r>
      <w:r w:rsidR="00005F56">
        <w:rPr>
          <w:b/>
          <w:sz w:val="32"/>
        </w:rPr>
        <w:t>Parent Meeting Documentation</w:t>
      </w:r>
    </w:p>
    <w:p w14:paraId="411F9FB3" w14:textId="77777777" w:rsidR="00005F56" w:rsidRDefault="00005F56"/>
    <w:p w14:paraId="753E775B" w14:textId="77777777" w:rsidR="00005F56" w:rsidRDefault="00005F56"/>
    <w:tbl>
      <w:tblPr>
        <w:tblStyle w:val="TableGrid"/>
        <w:tblpPr w:leftFromText="180" w:rightFromText="180" w:vertAnchor="text" w:horzAnchor="margin" w:tblpX="-234" w:tblpY="717"/>
        <w:tblW w:w="10962" w:type="dxa"/>
        <w:tblLook w:val="04A0" w:firstRow="1" w:lastRow="0" w:firstColumn="1" w:lastColumn="0" w:noHBand="0" w:noVBand="1"/>
      </w:tblPr>
      <w:tblGrid>
        <w:gridCol w:w="6786"/>
        <w:gridCol w:w="4176"/>
      </w:tblGrid>
      <w:tr w:rsidR="00CF032A" w14:paraId="4D99EF07" w14:textId="77777777" w:rsidTr="00555559">
        <w:tc>
          <w:tcPr>
            <w:tcW w:w="6786" w:type="dxa"/>
          </w:tcPr>
          <w:p w14:paraId="7875DC62" w14:textId="77777777" w:rsidR="00CF032A" w:rsidRDefault="00CF032A" w:rsidP="00E552BD">
            <w:r>
              <w:rPr>
                <w:b/>
              </w:rPr>
              <w:t>Classrooms /Site:</w:t>
            </w:r>
            <w:r w:rsidR="00E075E2">
              <w:rPr>
                <w:b/>
              </w:rPr>
              <w:t xml:space="preserve">  </w:t>
            </w:r>
          </w:p>
        </w:tc>
        <w:tc>
          <w:tcPr>
            <w:tcW w:w="4176" w:type="dxa"/>
          </w:tcPr>
          <w:p w14:paraId="5C94A565" w14:textId="77777777" w:rsidR="00CF032A" w:rsidRDefault="00CF032A" w:rsidP="00E552BD">
            <w:r>
              <w:rPr>
                <w:b/>
              </w:rPr>
              <w:t>Date:</w:t>
            </w:r>
            <w:r w:rsidR="00E075E2">
              <w:rPr>
                <w:b/>
              </w:rPr>
              <w:t xml:space="preserve">  </w:t>
            </w:r>
          </w:p>
        </w:tc>
      </w:tr>
      <w:tr w:rsidR="00CF032A" w14:paraId="04CF6351" w14:textId="77777777" w:rsidTr="00555559">
        <w:tc>
          <w:tcPr>
            <w:tcW w:w="6786" w:type="dxa"/>
          </w:tcPr>
          <w:p w14:paraId="2573C97E" w14:textId="77777777" w:rsidR="00CF032A" w:rsidRDefault="00CF032A" w:rsidP="00E552BD">
            <w:r>
              <w:rPr>
                <w:b/>
              </w:rPr>
              <w:t>Location:</w:t>
            </w:r>
            <w:r w:rsidR="00E075E2">
              <w:rPr>
                <w:b/>
              </w:rPr>
              <w:t xml:space="preserve">  </w:t>
            </w:r>
          </w:p>
        </w:tc>
        <w:tc>
          <w:tcPr>
            <w:tcW w:w="4176" w:type="dxa"/>
          </w:tcPr>
          <w:p w14:paraId="6605BA77" w14:textId="77777777" w:rsidR="00CF032A" w:rsidRDefault="00CF032A" w:rsidP="00E552BD">
            <w:r>
              <w:rPr>
                <w:b/>
              </w:rPr>
              <w:t>Time:</w:t>
            </w:r>
            <w:r w:rsidR="00E075E2">
              <w:rPr>
                <w:b/>
              </w:rPr>
              <w:t xml:space="preserve">  </w:t>
            </w:r>
          </w:p>
        </w:tc>
      </w:tr>
    </w:tbl>
    <w:p w14:paraId="2321C61C" w14:textId="77777777" w:rsidR="00CF032A" w:rsidRDefault="00CF032A">
      <w:pPr>
        <w:pStyle w:val="Heading2"/>
      </w:pPr>
    </w:p>
    <w:p w14:paraId="61B9F60A" w14:textId="65380D59" w:rsidR="009D2271" w:rsidRDefault="00315F78">
      <w:pPr>
        <w:pStyle w:val="Heading2"/>
      </w:pPr>
      <w:r>
        <w:t>Parent Education Topic</w:t>
      </w:r>
      <w:r w:rsidR="00CC1010">
        <w:t xml:space="preserve">- explain event 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10980"/>
      </w:tblGrid>
      <w:tr w:rsidR="00315F78" w14:paraId="1E621A5B" w14:textId="77777777" w:rsidTr="00CF032A">
        <w:trPr>
          <w:trHeight w:val="1820"/>
        </w:trPr>
        <w:tc>
          <w:tcPr>
            <w:tcW w:w="10980" w:type="dxa"/>
          </w:tcPr>
          <w:p w14:paraId="1E00C3BE" w14:textId="48DE487C" w:rsidR="00315F78" w:rsidRDefault="00315F78" w:rsidP="001D7B8E">
            <w:pPr>
              <w:pStyle w:val="ListParagraph"/>
            </w:pPr>
          </w:p>
        </w:tc>
      </w:tr>
    </w:tbl>
    <w:p w14:paraId="3499CFBA" w14:textId="77777777" w:rsidR="009D2271" w:rsidRDefault="009D2271"/>
    <w:p w14:paraId="0BC2F508" w14:textId="5CB98195" w:rsidR="009D2271" w:rsidRPr="00145A85" w:rsidRDefault="00315F78">
      <w:pPr>
        <w:pStyle w:val="Heading2"/>
      </w:pPr>
      <w:r w:rsidRPr="00145A85">
        <w:rPr>
          <w:lang w:val="fr-FR"/>
        </w:rPr>
        <w:t>Parent Input</w:t>
      </w:r>
      <w:r w:rsidR="00145A85" w:rsidRPr="00145A85">
        <w:rPr>
          <w:lang w:val="fr-FR"/>
        </w:rPr>
        <w:t xml:space="preserve"> Question ? </w:t>
      </w:r>
      <w:r w:rsidR="00145A85" w:rsidRPr="00145A85">
        <w:t xml:space="preserve">Ask Parents a </w:t>
      </w:r>
      <w:r w:rsidR="00145A85">
        <w:t>specific question that will help us to improve our practice and document their response. Sample questions can be viewed on the Parent Days monthly guide on staff forms website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10980"/>
      </w:tblGrid>
      <w:tr w:rsidR="00315F78" w:rsidRPr="00145A85" w14:paraId="736241BD" w14:textId="77777777" w:rsidTr="00CF032A">
        <w:trPr>
          <w:trHeight w:val="1820"/>
        </w:trPr>
        <w:tc>
          <w:tcPr>
            <w:tcW w:w="10980" w:type="dxa"/>
          </w:tcPr>
          <w:p w14:paraId="513EDAF1" w14:textId="77777777" w:rsidR="00315F78" w:rsidRPr="00145A85" w:rsidRDefault="00315F78" w:rsidP="00E075E2"/>
        </w:tc>
      </w:tr>
    </w:tbl>
    <w:p w14:paraId="1B80E8F9" w14:textId="77777777" w:rsidR="009D2271" w:rsidRPr="00145A85" w:rsidRDefault="009D2271" w:rsidP="00555559">
      <w:pPr>
        <w:spacing w:line="240" w:lineRule="auto"/>
      </w:pPr>
    </w:p>
    <w:p w14:paraId="3B764EEE" w14:textId="77777777" w:rsidR="009D2271" w:rsidRDefault="00315F78">
      <w:pPr>
        <w:pStyle w:val="Heading2"/>
      </w:pPr>
      <w:r>
        <w:t>Parent Attendance</w:t>
      </w:r>
      <w:r w:rsidR="00E7232D">
        <w:t>: Child Name / FOC, MOC</w:t>
      </w:r>
      <w:r w:rsidR="00005F56">
        <w:t xml:space="preserve">               Staff Attendance</w:t>
      </w:r>
      <w:r w:rsidR="00E7232D">
        <w:t>: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5310"/>
        <w:gridCol w:w="5670"/>
      </w:tblGrid>
      <w:tr w:rsidR="00005F56" w14:paraId="38B8F761" w14:textId="77777777" w:rsidTr="00CF032A">
        <w:trPr>
          <w:trHeight w:val="1820"/>
        </w:trPr>
        <w:tc>
          <w:tcPr>
            <w:tcW w:w="5310" w:type="dxa"/>
          </w:tcPr>
          <w:p w14:paraId="44BEDC53" w14:textId="77777777" w:rsidR="00005F56" w:rsidRDefault="00005F56" w:rsidP="00E552BD"/>
        </w:tc>
        <w:tc>
          <w:tcPr>
            <w:tcW w:w="5670" w:type="dxa"/>
          </w:tcPr>
          <w:p w14:paraId="69172A27" w14:textId="77777777" w:rsidR="00555559" w:rsidRDefault="00555559" w:rsidP="00E075E2"/>
        </w:tc>
      </w:tr>
    </w:tbl>
    <w:p w14:paraId="2AF71C95" w14:textId="77777777" w:rsidR="009D2271" w:rsidRDefault="009D2271"/>
    <w:p w14:paraId="65103986" w14:textId="697A3159" w:rsidR="009D2271" w:rsidRDefault="00005F56">
      <w:pPr>
        <w:pStyle w:val="Heading2"/>
      </w:pPr>
      <w:r>
        <w:t>Notes / Other</w:t>
      </w:r>
      <w:r w:rsidR="00145A85">
        <w:t xml:space="preserve"> </w:t>
      </w:r>
      <w:proofErr w:type="gramStart"/>
      <w:r w:rsidR="00145A85">
        <w:t>( what</w:t>
      </w:r>
      <w:proofErr w:type="gramEnd"/>
      <w:r w:rsidR="00145A85">
        <w:t xml:space="preserve"> went well, what might you change next time?)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10980"/>
      </w:tblGrid>
      <w:tr w:rsidR="00315F78" w14:paraId="491D15A5" w14:textId="77777777" w:rsidTr="00CF032A">
        <w:trPr>
          <w:trHeight w:val="1820"/>
        </w:trPr>
        <w:tc>
          <w:tcPr>
            <w:tcW w:w="10980" w:type="dxa"/>
          </w:tcPr>
          <w:p w14:paraId="3A7BA8C4" w14:textId="77777777" w:rsidR="00315F78" w:rsidRDefault="00315F78"/>
          <w:p w14:paraId="35062DF0" w14:textId="77777777" w:rsidR="00E075E2" w:rsidRDefault="00E075E2">
            <w:r>
              <w:t xml:space="preserve"> </w:t>
            </w:r>
          </w:p>
        </w:tc>
      </w:tr>
    </w:tbl>
    <w:p w14:paraId="7BD44363" w14:textId="77777777" w:rsidR="009D2271" w:rsidRDefault="009D2271"/>
    <w:sectPr w:rsidR="009D2271" w:rsidSect="00005F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B5000"/>
    <w:multiLevelType w:val="hybridMultilevel"/>
    <w:tmpl w:val="31782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472607">
    <w:abstractNumId w:val="8"/>
  </w:num>
  <w:num w:numId="2" w16cid:durableId="1996838588">
    <w:abstractNumId w:val="6"/>
  </w:num>
  <w:num w:numId="3" w16cid:durableId="213347451">
    <w:abstractNumId w:val="5"/>
  </w:num>
  <w:num w:numId="4" w16cid:durableId="1159926221">
    <w:abstractNumId w:val="4"/>
  </w:num>
  <w:num w:numId="5" w16cid:durableId="1035231356">
    <w:abstractNumId w:val="7"/>
  </w:num>
  <w:num w:numId="6" w16cid:durableId="660082243">
    <w:abstractNumId w:val="3"/>
  </w:num>
  <w:num w:numId="7" w16cid:durableId="379323545">
    <w:abstractNumId w:val="2"/>
  </w:num>
  <w:num w:numId="8" w16cid:durableId="1308700406">
    <w:abstractNumId w:val="1"/>
  </w:num>
  <w:num w:numId="9" w16cid:durableId="2013608618">
    <w:abstractNumId w:val="0"/>
  </w:num>
  <w:num w:numId="10" w16cid:durableId="530267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F56"/>
    <w:rsid w:val="00034616"/>
    <w:rsid w:val="00037E1F"/>
    <w:rsid w:val="0006063C"/>
    <w:rsid w:val="00145A85"/>
    <w:rsid w:val="0015074B"/>
    <w:rsid w:val="001D7B8E"/>
    <w:rsid w:val="0029639D"/>
    <w:rsid w:val="00315F78"/>
    <w:rsid w:val="00326F90"/>
    <w:rsid w:val="00555559"/>
    <w:rsid w:val="00594B3E"/>
    <w:rsid w:val="008E7BC7"/>
    <w:rsid w:val="009D2271"/>
    <w:rsid w:val="00A937C7"/>
    <w:rsid w:val="00AA1D8D"/>
    <w:rsid w:val="00B47730"/>
    <w:rsid w:val="00C369D5"/>
    <w:rsid w:val="00C9259B"/>
    <w:rsid w:val="00CB0664"/>
    <w:rsid w:val="00CC1010"/>
    <w:rsid w:val="00CF032A"/>
    <w:rsid w:val="00E075E2"/>
    <w:rsid w:val="00E305FD"/>
    <w:rsid w:val="00E552BD"/>
    <w:rsid w:val="00E7232D"/>
    <w:rsid w:val="00E9731A"/>
    <w:rsid w:val="00EA49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DCF08"/>
  <w14:defaultImageDpi w14:val="300"/>
  <w15:docId w15:val="{1C5DA3C4-73F7-4192-87CD-C47FF3A5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0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19EF28-8725-4FFA-BEAF-19697DC7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Kristeene Ward-Dulac</cp:lastModifiedBy>
  <cp:revision>2</cp:revision>
  <cp:lastPrinted>2025-09-12T14:56:00Z</cp:lastPrinted>
  <dcterms:created xsi:type="dcterms:W3CDTF">2026-07-08T18:58:00Z</dcterms:created>
  <dcterms:modified xsi:type="dcterms:W3CDTF">2026-07-08T18:58:00Z</dcterms:modified>
</cp:coreProperties>
</file>