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88C9E" w14:textId="77777777" w:rsidR="00E84D00" w:rsidRDefault="00C950CC">
      <w:pPr>
        <w:jc w:val="center"/>
        <w:rPr>
          <w:b/>
          <w:sz w:val="28"/>
        </w:rPr>
      </w:pPr>
      <w:r>
        <w:rPr>
          <w:b/>
          <w:sz w:val="36"/>
        </w:rPr>
        <w:t>PROMISE EARLY EDUCATION CENTER</w:t>
      </w:r>
      <w:r>
        <w:rPr>
          <w:b/>
          <w:sz w:val="36"/>
        </w:rPr>
        <w:br/>
      </w:r>
      <w:r>
        <w:rPr>
          <w:b/>
          <w:sz w:val="28"/>
        </w:rPr>
        <w:t>DIAPER &amp; WIPES MONTHLY ORDER FORM</w:t>
      </w:r>
    </w:p>
    <w:p w14:paraId="7B5FA067" w14:textId="49B6590F" w:rsidR="0094170C" w:rsidRDefault="0094170C">
      <w:pPr>
        <w:jc w:val="center"/>
      </w:pPr>
      <w:r w:rsidRPr="0094170C">
        <w:rPr>
          <w:b/>
          <w:sz w:val="28"/>
          <w:highlight w:val="yellow"/>
        </w:rPr>
        <w:t>Please SCAN to Olivia by the 1</w:t>
      </w:r>
      <w:r w:rsidRPr="0094170C">
        <w:rPr>
          <w:b/>
          <w:sz w:val="28"/>
          <w:highlight w:val="yellow"/>
          <w:vertAlign w:val="superscript"/>
        </w:rPr>
        <w:t>st</w:t>
      </w:r>
      <w:r w:rsidRPr="0094170C">
        <w:rPr>
          <w:b/>
          <w:sz w:val="28"/>
          <w:highlight w:val="yellow"/>
        </w:rPr>
        <w:t xml:space="preserve"> Friday of the Month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97"/>
        <w:gridCol w:w="2698"/>
        <w:gridCol w:w="2698"/>
        <w:gridCol w:w="2697"/>
      </w:tblGrid>
      <w:tr w:rsidR="00E84D00" w14:paraId="3FECA482" w14:textId="77777777">
        <w:trPr>
          <w:jc w:val="center"/>
        </w:trPr>
        <w:tc>
          <w:tcPr>
            <w:tcW w:w="2700" w:type="dxa"/>
          </w:tcPr>
          <w:p w14:paraId="5BA74CAF" w14:textId="77777777" w:rsidR="00E84D00" w:rsidRDefault="00C950CC">
            <w:r>
              <w:t>Site</w:t>
            </w:r>
          </w:p>
        </w:tc>
        <w:tc>
          <w:tcPr>
            <w:tcW w:w="2700" w:type="dxa"/>
          </w:tcPr>
          <w:p w14:paraId="3C35B3C2" w14:textId="77777777" w:rsidR="00E84D00" w:rsidRDefault="00C950CC">
            <w:r>
              <w:t>Classroom</w:t>
            </w:r>
          </w:p>
        </w:tc>
        <w:tc>
          <w:tcPr>
            <w:tcW w:w="2700" w:type="dxa"/>
          </w:tcPr>
          <w:p w14:paraId="733DFFAD" w14:textId="77777777" w:rsidR="00E84D00" w:rsidRDefault="00C950CC">
            <w:r>
              <w:t>Teacher</w:t>
            </w:r>
          </w:p>
        </w:tc>
        <w:tc>
          <w:tcPr>
            <w:tcW w:w="2700" w:type="dxa"/>
          </w:tcPr>
          <w:p w14:paraId="2C8686C3" w14:textId="77777777" w:rsidR="00E84D00" w:rsidRDefault="00C950CC">
            <w:r>
              <w:t>Order Month</w:t>
            </w:r>
          </w:p>
        </w:tc>
      </w:tr>
      <w:tr w:rsidR="00E84D00" w14:paraId="25624EAA" w14:textId="77777777">
        <w:trPr>
          <w:jc w:val="center"/>
        </w:trPr>
        <w:tc>
          <w:tcPr>
            <w:tcW w:w="2700" w:type="dxa"/>
          </w:tcPr>
          <w:p w14:paraId="746FD582" w14:textId="77777777" w:rsidR="00E84D00" w:rsidRDefault="00E84D00"/>
        </w:tc>
        <w:tc>
          <w:tcPr>
            <w:tcW w:w="2700" w:type="dxa"/>
          </w:tcPr>
          <w:p w14:paraId="015EC49B" w14:textId="77777777" w:rsidR="00E84D00" w:rsidRDefault="00E84D00"/>
        </w:tc>
        <w:tc>
          <w:tcPr>
            <w:tcW w:w="2700" w:type="dxa"/>
          </w:tcPr>
          <w:p w14:paraId="2BA922D6" w14:textId="77777777" w:rsidR="00E84D00" w:rsidRDefault="00E84D00"/>
        </w:tc>
        <w:tc>
          <w:tcPr>
            <w:tcW w:w="2700" w:type="dxa"/>
          </w:tcPr>
          <w:p w14:paraId="12AA2BE3" w14:textId="77777777" w:rsidR="00E84D00" w:rsidRDefault="00E84D00"/>
        </w:tc>
      </w:tr>
    </w:tbl>
    <w:p w14:paraId="47708B83" w14:textId="77777777" w:rsidR="00E84D00" w:rsidRDefault="00E84D00"/>
    <w:p w14:paraId="43A5082E" w14:textId="4145C4AC" w:rsidR="00E84D00" w:rsidRDefault="00C950CC">
      <w:r>
        <w:rPr>
          <w:b/>
        </w:rPr>
        <w:t xml:space="preserve">Ordering Schedule: </w:t>
      </w:r>
      <w:r>
        <w:t>Orders are due by the 1st of each month.</w:t>
      </w:r>
      <w:r>
        <w:br/>
      </w:r>
      <w:r>
        <w:rPr>
          <w:b/>
        </w:rPr>
        <w:t xml:space="preserve">Standard Products: </w:t>
      </w:r>
      <w:r>
        <w:t xml:space="preserve">Parent's Choice diapers and training </w:t>
      </w:r>
      <w:proofErr w:type="gramStart"/>
      <w:r>
        <w:t>pants.</w:t>
      </w:r>
      <w:r w:rsidR="0094170C">
        <w:t>(</w:t>
      </w:r>
      <w:proofErr w:type="gramEnd"/>
      <w:r w:rsidR="0094170C">
        <w:t xml:space="preserve"> Non-Detachable </w:t>
      </w:r>
      <w:proofErr w:type="gramStart"/>
      <w:r w:rsidR="0094170C">
        <w:t>Sides )</w:t>
      </w:r>
      <w:proofErr w:type="gramEnd"/>
      <w:r>
        <w:br/>
      </w:r>
      <w:r>
        <w:rPr>
          <w:b/>
        </w:rPr>
        <w:t xml:space="preserve">Specialty Products: </w:t>
      </w:r>
      <w:r>
        <w:t>Specialty diapers or wipes require a current doctor's note.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390"/>
        <w:gridCol w:w="5400"/>
      </w:tblGrid>
      <w:tr w:rsidR="00E84D00" w:rsidRPr="0094170C" w14:paraId="710CC1E6" w14:textId="77777777" w:rsidTr="0094170C">
        <w:trPr>
          <w:jc w:val="center"/>
        </w:trPr>
        <w:tc>
          <w:tcPr>
            <w:tcW w:w="5400" w:type="dxa"/>
          </w:tcPr>
          <w:p w14:paraId="2D3797F1" w14:textId="77777777" w:rsidR="00E84D00" w:rsidRPr="0094170C" w:rsidRDefault="00C950CC">
            <w:pPr>
              <w:rPr>
                <w:sz w:val="36"/>
                <w:szCs w:val="36"/>
              </w:rPr>
            </w:pPr>
            <w:r w:rsidRPr="0094170C">
              <w:rPr>
                <w:sz w:val="36"/>
                <w:szCs w:val="36"/>
              </w:rPr>
              <w:t>Item</w:t>
            </w:r>
          </w:p>
        </w:tc>
        <w:tc>
          <w:tcPr>
            <w:tcW w:w="5400" w:type="dxa"/>
          </w:tcPr>
          <w:p w14:paraId="48CCBA1D" w14:textId="77777777" w:rsidR="00E84D00" w:rsidRPr="0094170C" w:rsidRDefault="00C950CC">
            <w:pPr>
              <w:rPr>
                <w:sz w:val="36"/>
                <w:szCs w:val="36"/>
              </w:rPr>
            </w:pPr>
            <w:r w:rsidRPr="0094170C">
              <w:rPr>
                <w:sz w:val="36"/>
                <w:szCs w:val="36"/>
              </w:rPr>
              <w:t>Cases/Boxes Needed</w:t>
            </w:r>
          </w:p>
        </w:tc>
      </w:tr>
      <w:tr w:rsidR="00E84D00" w:rsidRPr="0094170C" w14:paraId="73249AA7" w14:textId="77777777" w:rsidTr="0094170C">
        <w:trPr>
          <w:jc w:val="center"/>
        </w:trPr>
        <w:tc>
          <w:tcPr>
            <w:tcW w:w="5400" w:type="dxa"/>
          </w:tcPr>
          <w:p w14:paraId="11778CD1" w14:textId="77777777" w:rsidR="00E84D00" w:rsidRPr="0094170C" w:rsidRDefault="00C950CC">
            <w:pPr>
              <w:rPr>
                <w:sz w:val="36"/>
                <w:szCs w:val="36"/>
              </w:rPr>
            </w:pPr>
            <w:r w:rsidRPr="0094170C">
              <w:rPr>
                <w:sz w:val="36"/>
                <w:szCs w:val="36"/>
              </w:rPr>
              <w:t>Size 1</w:t>
            </w:r>
          </w:p>
        </w:tc>
        <w:tc>
          <w:tcPr>
            <w:tcW w:w="5400" w:type="dxa"/>
          </w:tcPr>
          <w:p w14:paraId="3261F5EF" w14:textId="77777777" w:rsidR="00E84D00" w:rsidRPr="0094170C" w:rsidRDefault="00C950CC">
            <w:pPr>
              <w:rPr>
                <w:sz w:val="36"/>
                <w:szCs w:val="36"/>
              </w:rPr>
            </w:pPr>
            <w:r w:rsidRPr="0094170C">
              <w:rPr>
                <w:sz w:val="36"/>
                <w:szCs w:val="36"/>
              </w:rPr>
              <w:t>________</w:t>
            </w:r>
          </w:p>
        </w:tc>
      </w:tr>
      <w:tr w:rsidR="00E84D00" w:rsidRPr="0094170C" w14:paraId="447727C3" w14:textId="77777777" w:rsidTr="0094170C">
        <w:trPr>
          <w:jc w:val="center"/>
        </w:trPr>
        <w:tc>
          <w:tcPr>
            <w:tcW w:w="5400" w:type="dxa"/>
          </w:tcPr>
          <w:p w14:paraId="5E4DE7C9" w14:textId="77777777" w:rsidR="00E84D00" w:rsidRPr="0094170C" w:rsidRDefault="00C950CC">
            <w:pPr>
              <w:rPr>
                <w:sz w:val="36"/>
                <w:szCs w:val="36"/>
              </w:rPr>
            </w:pPr>
            <w:r w:rsidRPr="0094170C">
              <w:rPr>
                <w:sz w:val="36"/>
                <w:szCs w:val="36"/>
              </w:rPr>
              <w:t>Size 2</w:t>
            </w:r>
          </w:p>
        </w:tc>
        <w:tc>
          <w:tcPr>
            <w:tcW w:w="5400" w:type="dxa"/>
          </w:tcPr>
          <w:p w14:paraId="6DC1F23E" w14:textId="77777777" w:rsidR="00E84D00" w:rsidRPr="0094170C" w:rsidRDefault="00C950CC">
            <w:pPr>
              <w:rPr>
                <w:sz w:val="36"/>
                <w:szCs w:val="36"/>
              </w:rPr>
            </w:pPr>
            <w:r w:rsidRPr="0094170C">
              <w:rPr>
                <w:sz w:val="36"/>
                <w:szCs w:val="36"/>
              </w:rPr>
              <w:t>________</w:t>
            </w:r>
          </w:p>
        </w:tc>
      </w:tr>
      <w:tr w:rsidR="00E84D00" w:rsidRPr="0094170C" w14:paraId="1CFB33F0" w14:textId="77777777" w:rsidTr="0094170C">
        <w:trPr>
          <w:jc w:val="center"/>
        </w:trPr>
        <w:tc>
          <w:tcPr>
            <w:tcW w:w="5400" w:type="dxa"/>
          </w:tcPr>
          <w:p w14:paraId="2A3D4BC4" w14:textId="77777777" w:rsidR="00E84D00" w:rsidRPr="0094170C" w:rsidRDefault="00C950CC">
            <w:pPr>
              <w:rPr>
                <w:sz w:val="36"/>
                <w:szCs w:val="36"/>
              </w:rPr>
            </w:pPr>
            <w:r w:rsidRPr="0094170C">
              <w:rPr>
                <w:sz w:val="36"/>
                <w:szCs w:val="36"/>
              </w:rPr>
              <w:t>Size 3</w:t>
            </w:r>
          </w:p>
        </w:tc>
        <w:tc>
          <w:tcPr>
            <w:tcW w:w="5400" w:type="dxa"/>
          </w:tcPr>
          <w:p w14:paraId="0C907593" w14:textId="77777777" w:rsidR="00E84D00" w:rsidRPr="0094170C" w:rsidRDefault="00C950CC">
            <w:pPr>
              <w:rPr>
                <w:sz w:val="36"/>
                <w:szCs w:val="36"/>
              </w:rPr>
            </w:pPr>
            <w:r w:rsidRPr="0094170C">
              <w:rPr>
                <w:sz w:val="36"/>
                <w:szCs w:val="36"/>
              </w:rPr>
              <w:t>________</w:t>
            </w:r>
          </w:p>
        </w:tc>
      </w:tr>
      <w:tr w:rsidR="00E84D00" w:rsidRPr="0094170C" w14:paraId="36B6F994" w14:textId="77777777" w:rsidTr="0094170C">
        <w:trPr>
          <w:jc w:val="center"/>
        </w:trPr>
        <w:tc>
          <w:tcPr>
            <w:tcW w:w="5400" w:type="dxa"/>
          </w:tcPr>
          <w:p w14:paraId="6C04461E" w14:textId="77777777" w:rsidR="00E84D00" w:rsidRPr="0094170C" w:rsidRDefault="00C950CC">
            <w:pPr>
              <w:rPr>
                <w:sz w:val="36"/>
                <w:szCs w:val="36"/>
              </w:rPr>
            </w:pPr>
            <w:r w:rsidRPr="0094170C">
              <w:rPr>
                <w:sz w:val="36"/>
                <w:szCs w:val="36"/>
              </w:rPr>
              <w:t>Size 4</w:t>
            </w:r>
          </w:p>
        </w:tc>
        <w:tc>
          <w:tcPr>
            <w:tcW w:w="5400" w:type="dxa"/>
          </w:tcPr>
          <w:p w14:paraId="7B02D51F" w14:textId="77777777" w:rsidR="00E84D00" w:rsidRPr="0094170C" w:rsidRDefault="00C950CC">
            <w:pPr>
              <w:rPr>
                <w:sz w:val="36"/>
                <w:szCs w:val="36"/>
              </w:rPr>
            </w:pPr>
            <w:r w:rsidRPr="0094170C">
              <w:rPr>
                <w:sz w:val="36"/>
                <w:szCs w:val="36"/>
              </w:rPr>
              <w:t>________</w:t>
            </w:r>
          </w:p>
        </w:tc>
      </w:tr>
      <w:tr w:rsidR="00E84D00" w:rsidRPr="0094170C" w14:paraId="03E2DAF1" w14:textId="77777777" w:rsidTr="0094170C">
        <w:trPr>
          <w:jc w:val="center"/>
        </w:trPr>
        <w:tc>
          <w:tcPr>
            <w:tcW w:w="5400" w:type="dxa"/>
          </w:tcPr>
          <w:p w14:paraId="24916B39" w14:textId="77777777" w:rsidR="00E84D00" w:rsidRPr="0094170C" w:rsidRDefault="00C950CC">
            <w:pPr>
              <w:rPr>
                <w:sz w:val="36"/>
                <w:szCs w:val="36"/>
              </w:rPr>
            </w:pPr>
            <w:r w:rsidRPr="0094170C">
              <w:rPr>
                <w:sz w:val="36"/>
                <w:szCs w:val="36"/>
              </w:rPr>
              <w:t>Size 5</w:t>
            </w:r>
          </w:p>
        </w:tc>
        <w:tc>
          <w:tcPr>
            <w:tcW w:w="5400" w:type="dxa"/>
          </w:tcPr>
          <w:p w14:paraId="79CB35FB" w14:textId="77777777" w:rsidR="00E84D00" w:rsidRPr="0094170C" w:rsidRDefault="00C950CC">
            <w:pPr>
              <w:rPr>
                <w:sz w:val="36"/>
                <w:szCs w:val="36"/>
              </w:rPr>
            </w:pPr>
            <w:r w:rsidRPr="0094170C">
              <w:rPr>
                <w:sz w:val="36"/>
                <w:szCs w:val="36"/>
              </w:rPr>
              <w:t>________</w:t>
            </w:r>
          </w:p>
        </w:tc>
      </w:tr>
      <w:tr w:rsidR="00E84D00" w:rsidRPr="0094170C" w14:paraId="6D81EC18" w14:textId="77777777" w:rsidTr="0094170C">
        <w:trPr>
          <w:trHeight w:val="350"/>
          <w:jc w:val="center"/>
        </w:trPr>
        <w:tc>
          <w:tcPr>
            <w:tcW w:w="5400" w:type="dxa"/>
          </w:tcPr>
          <w:p w14:paraId="30F613A9" w14:textId="77777777" w:rsidR="00E84D00" w:rsidRPr="0094170C" w:rsidRDefault="00C950CC">
            <w:pPr>
              <w:rPr>
                <w:sz w:val="36"/>
                <w:szCs w:val="36"/>
              </w:rPr>
            </w:pPr>
            <w:r w:rsidRPr="0094170C">
              <w:rPr>
                <w:sz w:val="36"/>
                <w:szCs w:val="36"/>
              </w:rPr>
              <w:t>Size 6</w:t>
            </w:r>
          </w:p>
        </w:tc>
        <w:tc>
          <w:tcPr>
            <w:tcW w:w="5400" w:type="dxa"/>
          </w:tcPr>
          <w:p w14:paraId="6B5D1881" w14:textId="77777777" w:rsidR="00E84D00" w:rsidRPr="0094170C" w:rsidRDefault="00C950CC">
            <w:pPr>
              <w:rPr>
                <w:sz w:val="36"/>
                <w:szCs w:val="36"/>
              </w:rPr>
            </w:pPr>
            <w:r w:rsidRPr="0094170C">
              <w:rPr>
                <w:sz w:val="36"/>
                <w:szCs w:val="36"/>
              </w:rPr>
              <w:t>________</w:t>
            </w:r>
          </w:p>
        </w:tc>
      </w:tr>
      <w:tr w:rsidR="0094170C" w:rsidRPr="0094170C" w14:paraId="4EA7B22C" w14:textId="77777777" w:rsidTr="0094170C">
        <w:trPr>
          <w:jc w:val="center"/>
        </w:trPr>
        <w:tc>
          <w:tcPr>
            <w:tcW w:w="5400" w:type="dxa"/>
          </w:tcPr>
          <w:p w14:paraId="161EAD54" w14:textId="523B8875" w:rsidR="0094170C" w:rsidRPr="0094170C" w:rsidRDefault="0094170C">
            <w:pPr>
              <w:rPr>
                <w:sz w:val="36"/>
                <w:szCs w:val="36"/>
              </w:rPr>
            </w:pPr>
            <w:r w:rsidRPr="0094170C">
              <w:rPr>
                <w:sz w:val="36"/>
                <w:szCs w:val="36"/>
              </w:rPr>
              <w:t>Size 7</w:t>
            </w:r>
          </w:p>
        </w:tc>
        <w:tc>
          <w:tcPr>
            <w:tcW w:w="5400" w:type="dxa"/>
          </w:tcPr>
          <w:p w14:paraId="31EC3B32" w14:textId="32844BD1" w:rsidR="0094170C" w:rsidRPr="0094170C" w:rsidRDefault="0094170C">
            <w:pPr>
              <w:rPr>
                <w:sz w:val="36"/>
                <w:szCs w:val="36"/>
              </w:rPr>
            </w:pPr>
            <w:r w:rsidRPr="0094170C">
              <w:rPr>
                <w:sz w:val="36"/>
                <w:szCs w:val="36"/>
              </w:rPr>
              <w:t>________</w:t>
            </w:r>
          </w:p>
        </w:tc>
      </w:tr>
      <w:tr w:rsidR="0094170C" w:rsidRPr="0094170C" w14:paraId="238CC5A9" w14:textId="77777777" w:rsidTr="0094170C">
        <w:trPr>
          <w:jc w:val="center"/>
        </w:trPr>
        <w:tc>
          <w:tcPr>
            <w:tcW w:w="5400" w:type="dxa"/>
          </w:tcPr>
          <w:p w14:paraId="3C3A8B73" w14:textId="233A07CC" w:rsidR="0094170C" w:rsidRPr="0094170C" w:rsidRDefault="0094170C">
            <w:pPr>
              <w:rPr>
                <w:sz w:val="36"/>
                <w:szCs w:val="36"/>
              </w:rPr>
            </w:pPr>
            <w:r w:rsidRPr="0094170C">
              <w:rPr>
                <w:sz w:val="36"/>
                <w:szCs w:val="36"/>
              </w:rPr>
              <w:t>Size 8</w:t>
            </w:r>
          </w:p>
        </w:tc>
        <w:tc>
          <w:tcPr>
            <w:tcW w:w="5400" w:type="dxa"/>
          </w:tcPr>
          <w:p w14:paraId="2D04931F" w14:textId="185D594F" w:rsidR="0094170C" w:rsidRPr="0094170C" w:rsidRDefault="0094170C">
            <w:pPr>
              <w:rPr>
                <w:sz w:val="36"/>
                <w:szCs w:val="36"/>
              </w:rPr>
            </w:pPr>
            <w:r w:rsidRPr="0094170C">
              <w:rPr>
                <w:sz w:val="36"/>
                <w:szCs w:val="36"/>
              </w:rPr>
              <w:t>________</w:t>
            </w:r>
          </w:p>
        </w:tc>
      </w:tr>
      <w:tr w:rsidR="00E84D00" w:rsidRPr="0094170C" w14:paraId="680F3579" w14:textId="77777777" w:rsidTr="0094170C">
        <w:trPr>
          <w:jc w:val="center"/>
        </w:trPr>
        <w:tc>
          <w:tcPr>
            <w:tcW w:w="5400" w:type="dxa"/>
          </w:tcPr>
          <w:p w14:paraId="2C4B4FD4" w14:textId="0B3CCAE6" w:rsidR="00E84D00" w:rsidRPr="0094170C" w:rsidRDefault="00C950CC">
            <w:pPr>
              <w:rPr>
                <w:sz w:val="36"/>
                <w:szCs w:val="36"/>
              </w:rPr>
            </w:pPr>
            <w:r w:rsidRPr="0094170C">
              <w:rPr>
                <w:sz w:val="36"/>
                <w:szCs w:val="36"/>
              </w:rPr>
              <w:t xml:space="preserve">Pull-Ups 2T-3T </w:t>
            </w:r>
          </w:p>
        </w:tc>
        <w:tc>
          <w:tcPr>
            <w:tcW w:w="5400" w:type="dxa"/>
          </w:tcPr>
          <w:p w14:paraId="60423C46" w14:textId="77777777" w:rsidR="00E84D00" w:rsidRPr="0094170C" w:rsidRDefault="00C950CC">
            <w:pPr>
              <w:rPr>
                <w:sz w:val="36"/>
                <w:szCs w:val="36"/>
              </w:rPr>
            </w:pPr>
            <w:r w:rsidRPr="0094170C">
              <w:rPr>
                <w:sz w:val="36"/>
                <w:szCs w:val="36"/>
              </w:rPr>
              <w:t>________</w:t>
            </w:r>
          </w:p>
        </w:tc>
      </w:tr>
      <w:tr w:rsidR="0094170C" w:rsidRPr="0094170C" w14:paraId="2155F539" w14:textId="77777777" w:rsidTr="0094170C">
        <w:trPr>
          <w:jc w:val="center"/>
        </w:trPr>
        <w:tc>
          <w:tcPr>
            <w:tcW w:w="5400" w:type="dxa"/>
          </w:tcPr>
          <w:p w14:paraId="2A836050" w14:textId="36409007" w:rsidR="0094170C" w:rsidRPr="0094170C" w:rsidRDefault="0094170C">
            <w:pPr>
              <w:rPr>
                <w:sz w:val="36"/>
                <w:szCs w:val="36"/>
              </w:rPr>
            </w:pPr>
            <w:r w:rsidRPr="0094170C">
              <w:rPr>
                <w:sz w:val="36"/>
                <w:szCs w:val="36"/>
              </w:rPr>
              <w:t xml:space="preserve">Pull-Ups 3T-4T </w:t>
            </w:r>
          </w:p>
        </w:tc>
        <w:tc>
          <w:tcPr>
            <w:tcW w:w="5400" w:type="dxa"/>
          </w:tcPr>
          <w:p w14:paraId="0D12B27C" w14:textId="3BC75314" w:rsidR="0094170C" w:rsidRPr="0094170C" w:rsidRDefault="0094170C">
            <w:pPr>
              <w:rPr>
                <w:sz w:val="36"/>
                <w:szCs w:val="36"/>
              </w:rPr>
            </w:pPr>
            <w:r w:rsidRPr="0094170C">
              <w:rPr>
                <w:sz w:val="36"/>
                <w:szCs w:val="36"/>
              </w:rPr>
              <w:t>________</w:t>
            </w:r>
          </w:p>
        </w:tc>
      </w:tr>
      <w:tr w:rsidR="0094170C" w:rsidRPr="0094170C" w14:paraId="4580EF98" w14:textId="77777777" w:rsidTr="0094170C">
        <w:trPr>
          <w:jc w:val="center"/>
        </w:trPr>
        <w:tc>
          <w:tcPr>
            <w:tcW w:w="5400" w:type="dxa"/>
          </w:tcPr>
          <w:p w14:paraId="79AD4BB1" w14:textId="65E23867" w:rsidR="0094170C" w:rsidRPr="0094170C" w:rsidRDefault="0094170C">
            <w:pPr>
              <w:rPr>
                <w:sz w:val="36"/>
                <w:szCs w:val="36"/>
              </w:rPr>
            </w:pPr>
            <w:r w:rsidRPr="0094170C">
              <w:rPr>
                <w:sz w:val="36"/>
                <w:szCs w:val="36"/>
              </w:rPr>
              <w:t xml:space="preserve">Pull-Ups 4T-5T </w:t>
            </w:r>
          </w:p>
        </w:tc>
        <w:tc>
          <w:tcPr>
            <w:tcW w:w="5400" w:type="dxa"/>
          </w:tcPr>
          <w:p w14:paraId="083DCA27" w14:textId="7B42A5FC" w:rsidR="0094170C" w:rsidRPr="0094170C" w:rsidRDefault="0094170C">
            <w:pPr>
              <w:rPr>
                <w:sz w:val="36"/>
                <w:szCs w:val="36"/>
              </w:rPr>
            </w:pPr>
            <w:r w:rsidRPr="0094170C">
              <w:rPr>
                <w:sz w:val="36"/>
                <w:szCs w:val="36"/>
              </w:rPr>
              <w:t>________</w:t>
            </w:r>
          </w:p>
        </w:tc>
      </w:tr>
      <w:tr w:rsidR="0094170C" w:rsidRPr="0094170C" w14:paraId="5C19ED2B" w14:textId="77777777" w:rsidTr="0094170C">
        <w:trPr>
          <w:jc w:val="center"/>
        </w:trPr>
        <w:tc>
          <w:tcPr>
            <w:tcW w:w="5400" w:type="dxa"/>
          </w:tcPr>
          <w:p w14:paraId="7E74613F" w14:textId="329ABBC8" w:rsidR="0094170C" w:rsidRPr="0094170C" w:rsidRDefault="0094170C">
            <w:pPr>
              <w:rPr>
                <w:sz w:val="36"/>
                <w:szCs w:val="36"/>
              </w:rPr>
            </w:pPr>
            <w:r w:rsidRPr="0094170C">
              <w:rPr>
                <w:sz w:val="36"/>
                <w:szCs w:val="36"/>
              </w:rPr>
              <w:t xml:space="preserve">Pull-Ups 5T-6T </w:t>
            </w:r>
          </w:p>
        </w:tc>
        <w:tc>
          <w:tcPr>
            <w:tcW w:w="5400" w:type="dxa"/>
          </w:tcPr>
          <w:p w14:paraId="51C3B595" w14:textId="4BE6268F" w:rsidR="0094170C" w:rsidRPr="0094170C" w:rsidRDefault="0094170C">
            <w:pPr>
              <w:rPr>
                <w:sz w:val="36"/>
                <w:szCs w:val="36"/>
              </w:rPr>
            </w:pPr>
            <w:r w:rsidRPr="0094170C">
              <w:rPr>
                <w:sz w:val="36"/>
                <w:szCs w:val="36"/>
              </w:rPr>
              <w:t>________</w:t>
            </w:r>
          </w:p>
        </w:tc>
      </w:tr>
      <w:tr w:rsidR="0094170C" w:rsidRPr="0094170C" w14:paraId="2D7AA5E1" w14:textId="77777777" w:rsidTr="0094170C">
        <w:trPr>
          <w:jc w:val="center"/>
        </w:trPr>
        <w:tc>
          <w:tcPr>
            <w:tcW w:w="5400" w:type="dxa"/>
          </w:tcPr>
          <w:p w14:paraId="321AD9BF" w14:textId="61701C13" w:rsidR="0094170C" w:rsidRPr="0094170C" w:rsidRDefault="0094170C">
            <w:pPr>
              <w:rPr>
                <w:sz w:val="36"/>
                <w:szCs w:val="36"/>
              </w:rPr>
            </w:pPr>
            <w:r w:rsidRPr="0094170C">
              <w:rPr>
                <w:sz w:val="36"/>
                <w:szCs w:val="36"/>
              </w:rPr>
              <w:t>Custom Size</w:t>
            </w:r>
            <w:r>
              <w:rPr>
                <w:sz w:val="36"/>
                <w:szCs w:val="36"/>
              </w:rPr>
              <w:t xml:space="preserve">/Brand </w:t>
            </w:r>
            <w:r w:rsidRPr="0094170C">
              <w:rPr>
                <w:sz w:val="36"/>
                <w:szCs w:val="36"/>
              </w:rPr>
              <w:t>(Write IN)</w:t>
            </w:r>
          </w:p>
        </w:tc>
        <w:tc>
          <w:tcPr>
            <w:tcW w:w="5400" w:type="dxa"/>
          </w:tcPr>
          <w:p w14:paraId="4E268282" w14:textId="3669907D" w:rsidR="0094170C" w:rsidRPr="0094170C" w:rsidRDefault="0094170C">
            <w:pPr>
              <w:rPr>
                <w:sz w:val="36"/>
                <w:szCs w:val="36"/>
              </w:rPr>
            </w:pPr>
          </w:p>
          <w:p w14:paraId="72FFD6E2" w14:textId="5BE39B2E" w:rsidR="0094170C" w:rsidRDefault="0094170C">
            <w:pPr>
              <w:pBdr>
                <w:top w:val="single" w:sz="12" w:space="1" w:color="auto"/>
                <w:bottom w:val="single" w:sz="12" w:space="1" w:color="auto"/>
              </w:pBdr>
              <w:rPr>
                <w:sz w:val="36"/>
                <w:szCs w:val="36"/>
              </w:rPr>
            </w:pPr>
          </w:p>
          <w:p w14:paraId="4B203413" w14:textId="40D5B456" w:rsidR="0094170C" w:rsidRPr="0094170C" w:rsidRDefault="0094170C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______________________________________</w:t>
            </w:r>
          </w:p>
        </w:tc>
      </w:tr>
      <w:tr w:rsidR="0094170C" w:rsidRPr="0094170C" w14:paraId="2CA12194" w14:textId="77777777" w:rsidTr="0094170C">
        <w:trPr>
          <w:jc w:val="center"/>
        </w:trPr>
        <w:tc>
          <w:tcPr>
            <w:tcW w:w="5400" w:type="dxa"/>
          </w:tcPr>
          <w:p w14:paraId="69AC74DE" w14:textId="6B5A7BFD" w:rsidR="0094170C" w:rsidRPr="0094170C" w:rsidRDefault="0094170C">
            <w:pPr>
              <w:rPr>
                <w:sz w:val="36"/>
                <w:szCs w:val="36"/>
              </w:rPr>
            </w:pPr>
            <w:r w:rsidRPr="0094170C">
              <w:rPr>
                <w:sz w:val="36"/>
                <w:szCs w:val="36"/>
              </w:rPr>
              <w:t>Wipes</w:t>
            </w:r>
          </w:p>
        </w:tc>
        <w:tc>
          <w:tcPr>
            <w:tcW w:w="5400" w:type="dxa"/>
          </w:tcPr>
          <w:p w14:paraId="180C5838" w14:textId="654B74B2" w:rsidR="0094170C" w:rsidRPr="0094170C" w:rsidRDefault="0094170C">
            <w:pPr>
              <w:rPr>
                <w:sz w:val="36"/>
                <w:szCs w:val="36"/>
              </w:rPr>
            </w:pPr>
            <w:r w:rsidRPr="0094170C">
              <w:rPr>
                <w:sz w:val="36"/>
                <w:szCs w:val="36"/>
              </w:rPr>
              <w:t>________</w:t>
            </w:r>
          </w:p>
        </w:tc>
      </w:tr>
    </w:tbl>
    <w:p w14:paraId="3F8B5E69" w14:textId="77777777" w:rsidR="00E84D00" w:rsidRPr="0094170C" w:rsidRDefault="00E84D00">
      <w:pPr>
        <w:rPr>
          <w:sz w:val="40"/>
          <w:szCs w:val="4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700"/>
        <w:gridCol w:w="2700"/>
      </w:tblGrid>
      <w:tr w:rsidR="0094170C" w:rsidRPr="0094170C" w14:paraId="73B5A01A" w14:textId="77777777">
        <w:trPr>
          <w:jc w:val="center"/>
        </w:trPr>
        <w:tc>
          <w:tcPr>
            <w:tcW w:w="2700" w:type="dxa"/>
          </w:tcPr>
          <w:p w14:paraId="60B1A594" w14:textId="77777777" w:rsidR="0094170C" w:rsidRPr="0094170C" w:rsidRDefault="0094170C">
            <w:pPr>
              <w:rPr>
                <w:sz w:val="40"/>
                <w:szCs w:val="40"/>
              </w:rPr>
            </w:pPr>
            <w:r w:rsidRPr="0094170C">
              <w:rPr>
                <w:sz w:val="40"/>
                <w:szCs w:val="40"/>
              </w:rPr>
              <w:t>Ordered By</w:t>
            </w:r>
          </w:p>
        </w:tc>
        <w:tc>
          <w:tcPr>
            <w:tcW w:w="2700" w:type="dxa"/>
          </w:tcPr>
          <w:p w14:paraId="1A2A0AE4" w14:textId="77777777" w:rsidR="0094170C" w:rsidRPr="0094170C" w:rsidRDefault="0094170C">
            <w:pPr>
              <w:rPr>
                <w:sz w:val="40"/>
                <w:szCs w:val="40"/>
              </w:rPr>
            </w:pPr>
            <w:r w:rsidRPr="0094170C">
              <w:rPr>
                <w:sz w:val="40"/>
                <w:szCs w:val="40"/>
              </w:rPr>
              <w:t>Date Ordered</w:t>
            </w:r>
          </w:p>
        </w:tc>
      </w:tr>
      <w:tr w:rsidR="0094170C" w:rsidRPr="0094170C" w14:paraId="3AED3CC7" w14:textId="77777777">
        <w:trPr>
          <w:jc w:val="center"/>
        </w:trPr>
        <w:tc>
          <w:tcPr>
            <w:tcW w:w="2700" w:type="dxa"/>
          </w:tcPr>
          <w:p w14:paraId="19CBE847" w14:textId="77777777" w:rsidR="0094170C" w:rsidRPr="0094170C" w:rsidRDefault="0094170C">
            <w:pPr>
              <w:rPr>
                <w:sz w:val="40"/>
                <w:szCs w:val="40"/>
              </w:rPr>
            </w:pPr>
          </w:p>
        </w:tc>
        <w:tc>
          <w:tcPr>
            <w:tcW w:w="2700" w:type="dxa"/>
          </w:tcPr>
          <w:p w14:paraId="3E9AB5BF" w14:textId="77777777" w:rsidR="0094170C" w:rsidRPr="0094170C" w:rsidRDefault="0094170C">
            <w:pPr>
              <w:rPr>
                <w:sz w:val="40"/>
                <w:szCs w:val="40"/>
              </w:rPr>
            </w:pPr>
          </w:p>
        </w:tc>
      </w:tr>
    </w:tbl>
    <w:p w14:paraId="3A417BBB" w14:textId="77777777" w:rsidR="00C950CC" w:rsidRDefault="00C950CC"/>
    <w:sectPr w:rsidR="00C950CC" w:rsidSect="00034616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60971178">
    <w:abstractNumId w:val="8"/>
  </w:num>
  <w:num w:numId="2" w16cid:durableId="451705968">
    <w:abstractNumId w:val="6"/>
  </w:num>
  <w:num w:numId="3" w16cid:durableId="580869486">
    <w:abstractNumId w:val="5"/>
  </w:num>
  <w:num w:numId="4" w16cid:durableId="312754148">
    <w:abstractNumId w:val="4"/>
  </w:num>
  <w:num w:numId="5" w16cid:durableId="639960021">
    <w:abstractNumId w:val="7"/>
  </w:num>
  <w:num w:numId="6" w16cid:durableId="916673654">
    <w:abstractNumId w:val="3"/>
  </w:num>
  <w:num w:numId="7" w16cid:durableId="475991335">
    <w:abstractNumId w:val="2"/>
  </w:num>
  <w:num w:numId="8" w16cid:durableId="1449472654">
    <w:abstractNumId w:val="1"/>
  </w:num>
  <w:num w:numId="9" w16cid:durableId="1758401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055CC"/>
    <w:rsid w:val="0015074B"/>
    <w:rsid w:val="0029639D"/>
    <w:rsid w:val="00326F90"/>
    <w:rsid w:val="0094170C"/>
    <w:rsid w:val="00AA1D8D"/>
    <w:rsid w:val="00B47730"/>
    <w:rsid w:val="00C950CC"/>
    <w:rsid w:val="00CB0664"/>
    <w:rsid w:val="00E84D0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A88520B"/>
  <w14:defaultImageDpi w14:val="300"/>
  <w15:docId w15:val="{F39ACA40-4E02-4D1C-801A-FC7C4C977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Olivia Scott</cp:lastModifiedBy>
  <cp:revision>2</cp:revision>
  <dcterms:created xsi:type="dcterms:W3CDTF">2026-07-08T13:19:00Z</dcterms:created>
  <dcterms:modified xsi:type="dcterms:W3CDTF">2026-07-08T13:19:00Z</dcterms:modified>
  <cp:category/>
</cp:coreProperties>
</file>