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5F180" w14:textId="742BFFEC" w:rsidR="001244FF" w:rsidRPr="001244FF" w:rsidRDefault="001244FF" w:rsidP="001244FF">
      <w:pPr>
        <w:jc w:val="center"/>
        <w:rPr>
          <w:b/>
          <w:bCs/>
          <w:sz w:val="36"/>
          <w:szCs w:val="36"/>
          <w:u w:val="single"/>
        </w:rPr>
      </w:pPr>
      <w:r w:rsidRPr="001244FF">
        <w:rPr>
          <w:b/>
          <w:bCs/>
          <w:sz w:val="36"/>
          <w:szCs w:val="36"/>
          <w:u w:val="single"/>
        </w:rPr>
        <w:t>Initial Home Visit Checklist</w:t>
      </w:r>
    </w:p>
    <w:p w14:paraId="1A733EFA" w14:textId="18F2A530" w:rsidR="001244FF" w:rsidRDefault="001244FF" w:rsidP="001244FF">
      <w:pPr>
        <w:jc w:val="center"/>
      </w:pPr>
      <w:r>
        <w:t>(Completed before or after the Initial Home Visit)</w:t>
      </w:r>
    </w:p>
    <w:p w14:paraId="4D172533" w14:textId="1DA0F1F6" w:rsidR="004845A3" w:rsidRPr="001244FF" w:rsidRDefault="001244FF">
      <w:pPr>
        <w:rPr>
          <w:sz w:val="24"/>
          <w:szCs w:val="24"/>
        </w:rPr>
      </w:pPr>
      <w:r w:rsidRPr="001244FF">
        <w:rPr>
          <w:sz w:val="24"/>
          <w:szCs w:val="24"/>
        </w:rPr>
        <w:t>Families Name: ___________________________</w:t>
      </w:r>
      <w:proofErr w:type="gramStart"/>
      <w:r w:rsidR="00F74872" w:rsidRPr="001244FF">
        <w:rPr>
          <w:sz w:val="24"/>
          <w:szCs w:val="24"/>
        </w:rPr>
        <w:t>Teacher: _</w:t>
      </w:r>
      <w:proofErr w:type="gramEnd"/>
      <w:r w:rsidR="00F74872" w:rsidRPr="001244FF">
        <w:rPr>
          <w:sz w:val="24"/>
          <w:szCs w:val="24"/>
        </w:rPr>
        <w:t>___________________</w:t>
      </w:r>
      <w:r w:rsidRPr="001244FF">
        <w:rPr>
          <w:sz w:val="24"/>
          <w:szCs w:val="24"/>
        </w:rPr>
        <w:t>________</w:t>
      </w:r>
      <w:r w:rsidR="00F74872" w:rsidRPr="001244FF">
        <w:rPr>
          <w:sz w:val="24"/>
          <w:szCs w:val="24"/>
        </w:rPr>
        <w:t>Date: ________________</w:t>
      </w:r>
    </w:p>
    <w:p w14:paraId="0BFAF0B8" w14:textId="77777777" w:rsidR="004845A3" w:rsidRDefault="00F74872">
      <w:pPr>
        <w:pStyle w:val="Heading2"/>
      </w:pPr>
      <w:r>
        <w:t>Teacher Responsibilities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9090"/>
      </w:tblGrid>
      <w:tr w:rsidR="001244FF" w14:paraId="408FB115" w14:textId="77777777" w:rsidTr="001244FF">
        <w:trPr>
          <w:jc w:val="center"/>
        </w:trPr>
        <w:tc>
          <w:tcPr>
            <w:tcW w:w="810" w:type="dxa"/>
          </w:tcPr>
          <w:p w14:paraId="34F1787E" w14:textId="77777777" w:rsidR="001244FF" w:rsidRDefault="001244FF">
            <w:r>
              <w:t>✓</w:t>
            </w:r>
          </w:p>
        </w:tc>
        <w:tc>
          <w:tcPr>
            <w:tcW w:w="9090" w:type="dxa"/>
          </w:tcPr>
          <w:p w14:paraId="0AECFC17" w14:textId="77777777" w:rsidR="001244FF" w:rsidRDefault="001244FF">
            <w:r>
              <w:t>Task</w:t>
            </w:r>
          </w:p>
        </w:tc>
      </w:tr>
      <w:tr w:rsidR="001244FF" w14:paraId="0108C6E8" w14:textId="77777777" w:rsidTr="001244FF">
        <w:trPr>
          <w:jc w:val="center"/>
        </w:trPr>
        <w:tc>
          <w:tcPr>
            <w:tcW w:w="810" w:type="dxa"/>
          </w:tcPr>
          <w:p w14:paraId="63894B58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497DFABB" w14:textId="77777777" w:rsidR="001244FF" w:rsidRDefault="001244FF">
            <w:r>
              <w:t>Review online ChildPlus Participant Files prior to Home Visit</w:t>
            </w:r>
          </w:p>
        </w:tc>
      </w:tr>
      <w:tr w:rsidR="001244FF" w14:paraId="7299259D" w14:textId="77777777" w:rsidTr="001244FF">
        <w:trPr>
          <w:jc w:val="center"/>
        </w:trPr>
        <w:tc>
          <w:tcPr>
            <w:tcW w:w="810" w:type="dxa"/>
          </w:tcPr>
          <w:p w14:paraId="48C36622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167DC91D" w14:textId="77777777" w:rsidR="001244FF" w:rsidRDefault="001244FF">
            <w:r>
              <w:t>Print Emergency Card and update employment, work hours, phone numbers, addresses, and emergency contacts.</w:t>
            </w:r>
          </w:p>
        </w:tc>
      </w:tr>
      <w:tr w:rsidR="001244FF" w14:paraId="3C140B62" w14:textId="77777777" w:rsidTr="001244FF">
        <w:trPr>
          <w:jc w:val="center"/>
        </w:trPr>
        <w:tc>
          <w:tcPr>
            <w:tcW w:w="810" w:type="dxa"/>
          </w:tcPr>
          <w:p w14:paraId="7844EE32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5CEAF05D" w14:textId="77777777" w:rsidR="001244FF" w:rsidRDefault="001244FF">
            <w:r>
              <w:t>Update Permission for Services with family if signed prior to July 1.</w:t>
            </w:r>
          </w:p>
        </w:tc>
      </w:tr>
      <w:tr w:rsidR="001244FF" w14:paraId="5CF9DCC6" w14:textId="77777777" w:rsidTr="001244FF">
        <w:trPr>
          <w:jc w:val="center"/>
        </w:trPr>
        <w:tc>
          <w:tcPr>
            <w:tcW w:w="810" w:type="dxa"/>
          </w:tcPr>
          <w:p w14:paraId="68058225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6A1C5BC7" w14:textId="77777777" w:rsidR="001244FF" w:rsidRDefault="001244FF">
            <w:r>
              <w:t>Confirm Releases are accurate. Update Medical, Dental, Service Provider (Case Management), and CDS releases if signed prior to July 1.</w:t>
            </w:r>
          </w:p>
        </w:tc>
      </w:tr>
      <w:tr w:rsidR="001244FF" w14:paraId="47E03FE0" w14:textId="77777777" w:rsidTr="001244FF">
        <w:trPr>
          <w:jc w:val="center"/>
        </w:trPr>
        <w:tc>
          <w:tcPr>
            <w:tcW w:w="810" w:type="dxa"/>
          </w:tcPr>
          <w:p w14:paraId="78977EF4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5F1F1E74" w14:textId="77777777" w:rsidR="001244FF" w:rsidRDefault="001244FF">
            <w:r>
              <w:t>Review printed Health &amp; Nutrition Questionnaire with family. Update medical/nutrition information and relay to Health &amp; Nutrition Department.</w:t>
            </w:r>
          </w:p>
        </w:tc>
      </w:tr>
      <w:tr w:rsidR="001244FF" w14:paraId="158BC150" w14:textId="77777777" w:rsidTr="001244FF">
        <w:trPr>
          <w:jc w:val="center"/>
        </w:trPr>
        <w:tc>
          <w:tcPr>
            <w:tcW w:w="810" w:type="dxa"/>
          </w:tcPr>
          <w:p w14:paraId="00FF5842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41EBFE68" w14:textId="77777777" w:rsidR="001244FF" w:rsidRDefault="001244FF">
            <w:r>
              <w:t>Print Receipt of Handbook Sign-Off Form for parent signature.</w:t>
            </w:r>
          </w:p>
        </w:tc>
      </w:tr>
      <w:tr w:rsidR="001244FF" w14:paraId="62D9CC11" w14:textId="77777777" w:rsidTr="001244FF">
        <w:trPr>
          <w:jc w:val="center"/>
        </w:trPr>
        <w:tc>
          <w:tcPr>
            <w:tcW w:w="810" w:type="dxa"/>
          </w:tcPr>
          <w:p w14:paraId="2D83D243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1059DF57" w14:textId="77777777" w:rsidR="001244FF" w:rsidRDefault="001244FF">
            <w:r>
              <w:t>Review Parent Handbook.</w:t>
            </w:r>
          </w:p>
        </w:tc>
      </w:tr>
      <w:tr w:rsidR="001244FF" w14:paraId="1A092DE2" w14:textId="77777777" w:rsidTr="001244FF">
        <w:trPr>
          <w:jc w:val="center"/>
        </w:trPr>
        <w:tc>
          <w:tcPr>
            <w:tcW w:w="810" w:type="dxa"/>
          </w:tcPr>
          <w:p w14:paraId="5876A29C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3F7F8474" w14:textId="77777777" w:rsidR="001244FF" w:rsidRDefault="001244FF">
            <w:r>
              <w:t>Review Attendance Policies, including start/end times and expectation of timely arrival and full-day attendance.</w:t>
            </w:r>
          </w:p>
        </w:tc>
      </w:tr>
      <w:tr w:rsidR="001244FF" w14:paraId="5F6DC927" w14:textId="77777777" w:rsidTr="001244FF">
        <w:trPr>
          <w:jc w:val="center"/>
        </w:trPr>
        <w:tc>
          <w:tcPr>
            <w:tcW w:w="810" w:type="dxa"/>
          </w:tcPr>
          <w:p w14:paraId="6D320579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795F7DE6" w14:textId="77777777" w:rsidR="001244FF" w:rsidRDefault="001244FF">
            <w:r>
              <w:t>Review Classroom Schedule and provide parent with a copy. Stress importance of arriving on time for breakfast.</w:t>
            </w:r>
          </w:p>
        </w:tc>
      </w:tr>
      <w:tr w:rsidR="001244FF" w14:paraId="3FCDD9D9" w14:textId="77777777" w:rsidTr="001244FF">
        <w:trPr>
          <w:jc w:val="center"/>
        </w:trPr>
        <w:tc>
          <w:tcPr>
            <w:tcW w:w="810" w:type="dxa"/>
          </w:tcPr>
          <w:p w14:paraId="11CACCE4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53E97F84" w14:textId="77777777" w:rsidR="001244FF" w:rsidRDefault="001244FF">
            <w:r>
              <w:t xml:space="preserve">Review and have </w:t>
            </w:r>
            <w:proofErr w:type="gramStart"/>
            <w:r>
              <w:t>parent</w:t>
            </w:r>
            <w:proofErr w:type="gramEnd"/>
            <w:r>
              <w:t xml:space="preserve"> sign Parent Agreement.</w:t>
            </w:r>
          </w:p>
        </w:tc>
      </w:tr>
      <w:tr w:rsidR="001244FF" w14:paraId="4EEC0C1E" w14:textId="77777777" w:rsidTr="001244FF">
        <w:trPr>
          <w:jc w:val="center"/>
        </w:trPr>
        <w:tc>
          <w:tcPr>
            <w:tcW w:w="810" w:type="dxa"/>
          </w:tcPr>
          <w:p w14:paraId="572B2D14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2D05B48B" w14:textId="77777777" w:rsidR="001244FF" w:rsidRDefault="001244FF">
            <w:r>
              <w:t>Review and have parent sign Confidentiality Agreement.</w:t>
            </w:r>
          </w:p>
        </w:tc>
      </w:tr>
      <w:tr w:rsidR="001244FF" w14:paraId="6A0A0D48" w14:textId="77777777" w:rsidTr="001244FF">
        <w:trPr>
          <w:jc w:val="center"/>
        </w:trPr>
        <w:tc>
          <w:tcPr>
            <w:tcW w:w="810" w:type="dxa"/>
          </w:tcPr>
          <w:p w14:paraId="5099A9A6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6240C673" w14:textId="77777777" w:rsidR="001244FF" w:rsidRDefault="001244FF">
            <w:r>
              <w:t>Complete CACFP Enrollment Form (all infant families complete Infant Formula Form if applicable).</w:t>
            </w:r>
          </w:p>
        </w:tc>
      </w:tr>
      <w:tr w:rsidR="001244FF" w14:paraId="23C25B4B" w14:textId="77777777" w:rsidTr="001244FF">
        <w:trPr>
          <w:jc w:val="center"/>
        </w:trPr>
        <w:tc>
          <w:tcPr>
            <w:tcW w:w="810" w:type="dxa"/>
          </w:tcPr>
          <w:p w14:paraId="1EAC6564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47E127D8" w14:textId="77777777" w:rsidR="001244FF" w:rsidRDefault="001244FF">
            <w:r>
              <w:t>Complete Home Language Survey (HS) / Child Language Use Form (LPS).</w:t>
            </w:r>
          </w:p>
        </w:tc>
      </w:tr>
      <w:tr w:rsidR="001244FF" w14:paraId="3C27E687" w14:textId="77777777" w:rsidTr="001244FF">
        <w:trPr>
          <w:jc w:val="center"/>
        </w:trPr>
        <w:tc>
          <w:tcPr>
            <w:tcW w:w="810" w:type="dxa"/>
          </w:tcPr>
          <w:p w14:paraId="72350D35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13C65E9A" w14:textId="77777777" w:rsidR="001244FF" w:rsidRDefault="001244FF">
            <w:r>
              <w:t>Complete Parent Social/Emotional Scales (Brigance &amp; ASQ).</w:t>
            </w:r>
          </w:p>
        </w:tc>
      </w:tr>
      <w:tr w:rsidR="001244FF" w14:paraId="6F2631EB" w14:textId="77777777" w:rsidTr="001244FF">
        <w:trPr>
          <w:jc w:val="center"/>
        </w:trPr>
        <w:tc>
          <w:tcPr>
            <w:tcW w:w="810" w:type="dxa"/>
          </w:tcPr>
          <w:p w14:paraId="61C3A5CD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45086C0E" w14:textId="77777777" w:rsidR="001244FF" w:rsidRDefault="001244FF">
            <w:r>
              <w:t xml:space="preserve">Create a toileting plan with parents for all </w:t>
            </w:r>
            <w:proofErr w:type="gramStart"/>
            <w:r>
              <w:t>children</w:t>
            </w:r>
            <w:proofErr w:type="gramEnd"/>
            <w:r>
              <w:t xml:space="preserve"> not toilet trained (minimum age 2.5).</w:t>
            </w:r>
          </w:p>
        </w:tc>
      </w:tr>
      <w:tr w:rsidR="001244FF" w14:paraId="2D3073BB" w14:textId="77777777" w:rsidTr="001244FF">
        <w:trPr>
          <w:jc w:val="center"/>
        </w:trPr>
        <w:tc>
          <w:tcPr>
            <w:tcW w:w="810" w:type="dxa"/>
          </w:tcPr>
          <w:p w14:paraId="27560699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23DE9615" w14:textId="77777777" w:rsidR="001244FF" w:rsidRDefault="001244FF">
            <w:r>
              <w:t>Discuss Talking Points and Communication Expectations.</w:t>
            </w:r>
          </w:p>
        </w:tc>
      </w:tr>
      <w:tr w:rsidR="001244FF" w14:paraId="54B8A7B2" w14:textId="77777777" w:rsidTr="001244FF">
        <w:trPr>
          <w:jc w:val="center"/>
        </w:trPr>
        <w:tc>
          <w:tcPr>
            <w:tcW w:w="810" w:type="dxa"/>
          </w:tcPr>
          <w:p w14:paraId="36D48714" w14:textId="77777777" w:rsidR="001244FF" w:rsidRDefault="001244FF">
            <w:r>
              <w:t>☐</w:t>
            </w:r>
          </w:p>
        </w:tc>
        <w:tc>
          <w:tcPr>
            <w:tcW w:w="9090" w:type="dxa"/>
          </w:tcPr>
          <w:p w14:paraId="774CB495" w14:textId="77777777" w:rsidR="001244FF" w:rsidRDefault="001244FF">
            <w:r>
              <w:t>Enter Initial Home Visit in ChildPlus Education tab, update family information, and upload all forms obtained.</w:t>
            </w:r>
          </w:p>
        </w:tc>
      </w:tr>
    </w:tbl>
    <w:p w14:paraId="4A5214C1" w14:textId="6EDA087C" w:rsidR="004845A3" w:rsidRDefault="00F74872">
      <w:pPr>
        <w:pStyle w:val="Heading2"/>
      </w:pPr>
      <w:r>
        <w:t>Family Services Responsibilities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0"/>
        <w:gridCol w:w="8910"/>
      </w:tblGrid>
      <w:tr w:rsidR="001244FF" w14:paraId="1432B92B" w14:textId="77777777" w:rsidTr="001244FF">
        <w:trPr>
          <w:jc w:val="center"/>
        </w:trPr>
        <w:tc>
          <w:tcPr>
            <w:tcW w:w="900" w:type="dxa"/>
          </w:tcPr>
          <w:p w14:paraId="49F31A23" w14:textId="77777777" w:rsidR="001244FF" w:rsidRDefault="001244FF">
            <w:r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8910" w:type="dxa"/>
          </w:tcPr>
          <w:p w14:paraId="1075D9D7" w14:textId="77777777" w:rsidR="001244FF" w:rsidRDefault="001244FF">
            <w:r>
              <w:t>Task</w:t>
            </w:r>
          </w:p>
        </w:tc>
      </w:tr>
      <w:tr w:rsidR="001244FF" w14:paraId="4E31F18D" w14:textId="77777777" w:rsidTr="001244FF">
        <w:trPr>
          <w:jc w:val="center"/>
        </w:trPr>
        <w:tc>
          <w:tcPr>
            <w:tcW w:w="900" w:type="dxa"/>
          </w:tcPr>
          <w:p w14:paraId="78F6529A" w14:textId="77777777" w:rsidR="001244FF" w:rsidRDefault="001244FF">
            <w:r>
              <w:t>☐</w:t>
            </w:r>
          </w:p>
        </w:tc>
        <w:tc>
          <w:tcPr>
            <w:tcW w:w="8910" w:type="dxa"/>
          </w:tcPr>
          <w:p w14:paraId="51EB6296" w14:textId="77777777" w:rsidR="001244FF" w:rsidRDefault="001244FF">
            <w:r>
              <w:t>Extended Care ONLY: Discuss and have parents sign Child Care Fee Agreement and Pay Schedule.</w:t>
            </w:r>
          </w:p>
        </w:tc>
      </w:tr>
      <w:tr w:rsidR="001244FF" w14:paraId="182041F6" w14:textId="77777777" w:rsidTr="001244FF">
        <w:trPr>
          <w:jc w:val="center"/>
        </w:trPr>
        <w:tc>
          <w:tcPr>
            <w:tcW w:w="900" w:type="dxa"/>
          </w:tcPr>
          <w:p w14:paraId="6D0C9EFD" w14:textId="77777777" w:rsidR="001244FF" w:rsidRDefault="001244FF">
            <w:r>
              <w:t>☐</w:t>
            </w:r>
          </w:p>
        </w:tc>
        <w:tc>
          <w:tcPr>
            <w:tcW w:w="8910" w:type="dxa"/>
          </w:tcPr>
          <w:p w14:paraId="5939C3FA" w14:textId="77777777" w:rsidR="001244FF" w:rsidRDefault="001244FF">
            <w:r>
              <w:t>Complete Emergency &amp; Safety Checklist.</w:t>
            </w:r>
          </w:p>
        </w:tc>
      </w:tr>
      <w:tr w:rsidR="001244FF" w14:paraId="7AB0F92F" w14:textId="77777777" w:rsidTr="001244FF">
        <w:trPr>
          <w:jc w:val="center"/>
        </w:trPr>
        <w:tc>
          <w:tcPr>
            <w:tcW w:w="900" w:type="dxa"/>
          </w:tcPr>
          <w:p w14:paraId="288F42AD" w14:textId="77777777" w:rsidR="001244FF" w:rsidRDefault="001244FF">
            <w:r>
              <w:t>☐</w:t>
            </w:r>
          </w:p>
        </w:tc>
        <w:tc>
          <w:tcPr>
            <w:tcW w:w="8910" w:type="dxa"/>
          </w:tcPr>
          <w:p w14:paraId="0FB70113" w14:textId="46BF0264" w:rsidR="001244FF" w:rsidRDefault="001244FF">
            <w:r>
              <w:t xml:space="preserve">Complete Parent </w:t>
            </w:r>
            <w:r w:rsidR="00AE7F85">
              <w:t>Interest</w:t>
            </w:r>
            <w:r>
              <w:t xml:space="preserve"> Survey.</w:t>
            </w:r>
          </w:p>
        </w:tc>
      </w:tr>
      <w:tr w:rsidR="001244FF" w14:paraId="5223AA82" w14:textId="77777777" w:rsidTr="001244FF">
        <w:trPr>
          <w:jc w:val="center"/>
        </w:trPr>
        <w:tc>
          <w:tcPr>
            <w:tcW w:w="900" w:type="dxa"/>
          </w:tcPr>
          <w:p w14:paraId="7254849F" w14:textId="77777777" w:rsidR="001244FF" w:rsidRDefault="001244FF">
            <w:r>
              <w:t>☐</w:t>
            </w:r>
          </w:p>
        </w:tc>
        <w:tc>
          <w:tcPr>
            <w:tcW w:w="8910" w:type="dxa"/>
          </w:tcPr>
          <w:p w14:paraId="10D18D3A" w14:textId="77777777" w:rsidR="001244FF" w:rsidRDefault="001244FF">
            <w:r>
              <w:t>Discuss Policy Council and encourage participation as a representative.</w:t>
            </w:r>
          </w:p>
        </w:tc>
      </w:tr>
      <w:tr w:rsidR="001244FF" w14:paraId="15FCCCE9" w14:textId="77777777" w:rsidTr="001244FF">
        <w:trPr>
          <w:jc w:val="center"/>
        </w:trPr>
        <w:tc>
          <w:tcPr>
            <w:tcW w:w="900" w:type="dxa"/>
          </w:tcPr>
          <w:p w14:paraId="3D511F29" w14:textId="77777777" w:rsidR="001244FF" w:rsidRDefault="001244FF">
            <w:r>
              <w:t>☐</w:t>
            </w:r>
          </w:p>
        </w:tc>
        <w:tc>
          <w:tcPr>
            <w:tcW w:w="8910" w:type="dxa"/>
          </w:tcPr>
          <w:p w14:paraId="68EAE269" w14:textId="77777777" w:rsidR="001244FF" w:rsidRDefault="001244FF">
            <w:r>
              <w:t>Discuss Health Passport (CP #3035). Ensure parents understand outstanding dental, medical, and specialist appointments and offer support/resources.</w:t>
            </w:r>
          </w:p>
        </w:tc>
      </w:tr>
      <w:tr w:rsidR="001244FF" w14:paraId="5A731BDD" w14:textId="77777777" w:rsidTr="001244FF">
        <w:trPr>
          <w:jc w:val="center"/>
        </w:trPr>
        <w:tc>
          <w:tcPr>
            <w:tcW w:w="900" w:type="dxa"/>
          </w:tcPr>
          <w:p w14:paraId="1E4DB64D" w14:textId="77777777" w:rsidR="001244FF" w:rsidRDefault="001244FF">
            <w:r>
              <w:t>☐</w:t>
            </w:r>
          </w:p>
        </w:tc>
        <w:tc>
          <w:tcPr>
            <w:tcW w:w="8910" w:type="dxa"/>
          </w:tcPr>
          <w:p w14:paraId="035E79CB" w14:textId="77777777" w:rsidR="001244FF" w:rsidRDefault="001244FF">
            <w:r>
              <w:t>Complete Family Outcomes Assessment (or schedule appointment within 30 days).</w:t>
            </w:r>
          </w:p>
        </w:tc>
      </w:tr>
      <w:tr w:rsidR="001244FF" w14:paraId="65209005" w14:textId="77777777" w:rsidTr="001244FF">
        <w:trPr>
          <w:jc w:val="center"/>
        </w:trPr>
        <w:tc>
          <w:tcPr>
            <w:tcW w:w="900" w:type="dxa"/>
          </w:tcPr>
          <w:p w14:paraId="0D00D331" w14:textId="77777777" w:rsidR="001244FF" w:rsidRDefault="001244FF">
            <w:r>
              <w:t>☐</w:t>
            </w:r>
          </w:p>
        </w:tc>
        <w:tc>
          <w:tcPr>
            <w:tcW w:w="8910" w:type="dxa"/>
          </w:tcPr>
          <w:p w14:paraId="299C1D66" w14:textId="77777777" w:rsidR="001244FF" w:rsidRDefault="001244FF">
            <w:r>
              <w:t>Assist families with goal setting. Document new goals and update existing goals (repeat families only).</w:t>
            </w:r>
          </w:p>
        </w:tc>
      </w:tr>
      <w:tr w:rsidR="001244FF" w14:paraId="1A90D264" w14:textId="77777777" w:rsidTr="001244FF">
        <w:trPr>
          <w:jc w:val="center"/>
        </w:trPr>
        <w:tc>
          <w:tcPr>
            <w:tcW w:w="900" w:type="dxa"/>
          </w:tcPr>
          <w:p w14:paraId="2D41F1F9" w14:textId="77777777" w:rsidR="001244FF" w:rsidRDefault="001244FF">
            <w:r>
              <w:t>☐</w:t>
            </w:r>
          </w:p>
        </w:tc>
        <w:tc>
          <w:tcPr>
            <w:tcW w:w="8910" w:type="dxa"/>
          </w:tcPr>
          <w:p w14:paraId="74F5F3A4" w14:textId="27E8597A" w:rsidR="001244FF" w:rsidRDefault="001244FF">
            <w:r>
              <w:t xml:space="preserve">Create a Family Partnership Event for the current year. Add actions documenting completion of Emergency Home &amp; Safety Checklist, Outcomes Assessment, Parent </w:t>
            </w:r>
            <w:r w:rsidR="00AE7F85">
              <w:t>Interest survey and strength identified</w:t>
            </w:r>
          </w:p>
        </w:tc>
      </w:tr>
    </w:tbl>
    <w:p w14:paraId="40E40AE3" w14:textId="77777777" w:rsidR="00F74872" w:rsidRDefault="00F74872"/>
    <w:sectPr w:rsidR="00F74872" w:rsidSect="001244FF"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9F659" w14:textId="77777777" w:rsidR="00C70CD6" w:rsidRDefault="00C70CD6" w:rsidP="001244FF">
      <w:pPr>
        <w:spacing w:after="0" w:line="240" w:lineRule="auto"/>
      </w:pPr>
      <w:r>
        <w:separator/>
      </w:r>
    </w:p>
  </w:endnote>
  <w:endnote w:type="continuationSeparator" w:id="0">
    <w:p w14:paraId="676B6B5E" w14:textId="77777777" w:rsidR="00C70CD6" w:rsidRDefault="00C70CD6" w:rsidP="0012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9A1D4" w14:textId="77777777" w:rsidR="00C70CD6" w:rsidRDefault="00C70CD6" w:rsidP="001244FF">
      <w:pPr>
        <w:spacing w:after="0" w:line="240" w:lineRule="auto"/>
      </w:pPr>
      <w:r>
        <w:separator/>
      </w:r>
    </w:p>
  </w:footnote>
  <w:footnote w:type="continuationSeparator" w:id="0">
    <w:p w14:paraId="0247A1E2" w14:textId="77777777" w:rsidR="00C70CD6" w:rsidRDefault="00C70CD6" w:rsidP="00124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4654381">
    <w:abstractNumId w:val="8"/>
  </w:num>
  <w:num w:numId="2" w16cid:durableId="1755206484">
    <w:abstractNumId w:val="6"/>
  </w:num>
  <w:num w:numId="3" w16cid:durableId="3439865">
    <w:abstractNumId w:val="5"/>
  </w:num>
  <w:num w:numId="4" w16cid:durableId="1720275801">
    <w:abstractNumId w:val="4"/>
  </w:num>
  <w:num w:numId="5" w16cid:durableId="488903910">
    <w:abstractNumId w:val="7"/>
  </w:num>
  <w:num w:numId="6" w16cid:durableId="369261366">
    <w:abstractNumId w:val="3"/>
  </w:num>
  <w:num w:numId="7" w16cid:durableId="1362172636">
    <w:abstractNumId w:val="2"/>
  </w:num>
  <w:num w:numId="8" w16cid:durableId="1816872834">
    <w:abstractNumId w:val="1"/>
  </w:num>
  <w:num w:numId="9" w16cid:durableId="1314915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6EF"/>
    <w:rsid w:val="0006063C"/>
    <w:rsid w:val="001244FF"/>
    <w:rsid w:val="0015074B"/>
    <w:rsid w:val="0029639D"/>
    <w:rsid w:val="00326F90"/>
    <w:rsid w:val="003534FB"/>
    <w:rsid w:val="004845A3"/>
    <w:rsid w:val="004D0E61"/>
    <w:rsid w:val="00AA1D8D"/>
    <w:rsid w:val="00AE7F85"/>
    <w:rsid w:val="00B47730"/>
    <w:rsid w:val="00C70CD6"/>
    <w:rsid w:val="00CB0664"/>
    <w:rsid w:val="00E9731A"/>
    <w:rsid w:val="00F748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F4F203"/>
  <w14:defaultImageDpi w14:val="300"/>
  <w15:docId w15:val="{25DE1EFA-7614-4F3B-98B4-31EEEF5C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Kristeene Ward-Dulac</cp:lastModifiedBy>
  <cp:revision>2</cp:revision>
  <dcterms:created xsi:type="dcterms:W3CDTF">2026-07-14T15:52:00Z</dcterms:created>
  <dcterms:modified xsi:type="dcterms:W3CDTF">2026-07-14T15:52:00Z</dcterms:modified>
  <cp:category/>
</cp:coreProperties>
</file>